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Sörkan Ruusu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19:00-20:00 BZR: The Bloodied Man – Liveroolipeli &amp; -musiikki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