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13:00-20:00 Mythbústers: Pohjoismais-balttilainen sarjakuvanäyttely</w:t>
      </w:r>
    </w:p>
    <w:p>
      <w:r>
        <w:t>Kuusitoista taiteilijaa Pohjoismaista ja Baltian maista ovat luoneet teoksia, jotka kuvastavat alueen elämää taiteilijan uniikista näkökulmasta.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