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 xml:space="preserve">18:00-19:00 Sara Lundberg keskustelee Philip Teirin kanssa </w:t>
      </w:r>
    </w:p>
    <w:p>
      <w:r>
        <w:t>Pohjoismaiden neuvoston lasten- ja nuortenkirjallisuuspalkinnon vuoden 2025 voittaja Sara Lundberg (SE) keskustelee Philip Teirin (FI) kanssa.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