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Pumpviken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 xml:space="preserve">14:00-17:00 Familjedag i Pumpviken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