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Hangöudds Frontmuseum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17:00-18:00 Viimeinen kirje rintamalta</w:t>
      </w:r>
    </w:p>
    <w:p>
      <w:r>
        <w:t>Kesäteatteri sotahistoriallisella teemalla, sekä suomeksi että ruotsiksi.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