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Stallörsparken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14:00-15:00 Tove Jansson satuhetki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