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Brobacken 4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15:00-21:00 Vanhan Porvoon sävel ja sana</w:t>
      </w:r>
    </w:p>
    <w:p>
      <w:r>
        <w:t>Pihakonsertti ja piknik vehreällä sisäpihalla Vanhassa Porvoossa. Vaski- ja kuoromusiikkia, irlantilaista folkia, jazzia, yhteislaulua, folkrockia ja runoutta.</w:t>
      </w:r>
    </w:p>
    <w:p>
      <w:r>
        <w:t>0-50 €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