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12:00-17:00 Avoimet Puutarhat Holmin talolla</w:t>
      </w:r>
    </w:p>
    <w:p>
      <w:r>
        <w:t>Avoimet Puutarhat Holmin talolla (Välikatu 11) . Porvoon museo osallistuu valtakunnalliseen Avoimet Puutarhat -tapahtumaan su 5.7.2026 klo 12–17.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