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Ehrensvärd-museet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10:30-16:00 Kartböckerna berättar – Historiska sjökort över Östersjön</w:t>
      </w:r>
    </w:p>
    <w:p>
      <w:r>
        <w:t xml:space="preserve"> </w:t>
      </w:r>
    </w:p>
    <w:p>
      <w:r>
        <w:t xml:space="preserve">7 € / 6 €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