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>16:00-17:00 Johanna Ringbom &amp; Iiro Salmi: Du vet hur det känns ibland - en Olle Adolphson konsert</w:t>
      </w:r>
    </w:p>
    <w:p>
      <w:r>
        <w:t xml:space="preserve"> </w:t>
      </w:r>
    </w:p>
    <w:p>
      <w:r>
        <w:t>15-20 €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