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14:00-14:30 Barnens Estrad: Julkalas, Alfons Åberg</w:t>
      </w:r>
    </w:p>
    <w:p>
      <w:r>
        <w:t xml:space="preserve"> </w:t>
      </w:r>
    </w:p>
    <w:p>
      <w:r>
        <w:t>15-20 €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