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18:00-19:00 Matteo Melotto: Gora</w:t>
      </w:r>
    </w:p>
    <w:p>
      <w:r>
        <w:t>Matteo Melotton ilmainen performanssiprojekti Forum Box -galleriassa.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