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Luckan, våning 1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10:00-11:00 1984 Teater Viirus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