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Möllerstugan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14:30-16:00 Gömd och synlig – en workshop i Möllarstugans omgivningar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