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Munsterhjelm Art Center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13:29-13:29 ROM-REVAL-RASEBORG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