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Centralbibliotek Ode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17:00-17:30 Carl Knif Company &amp; DuvTeatern: Sense of Hope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