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Baggö Marina</w:t>
      </w:r>
    </w:p>
    <w:p>
      <w:r>
        <w:t>18.6.2026 torstai</w:t>
      </w:r>
    </w:p>
    <w:p>
      <w:pPr>
        <w:pStyle w:val="Heading1"/>
      </w:pPr>
      <w:r>
        <w:t>18.6.2026 torstai</w:t>
      </w:r>
    </w:p>
    <w:p>
      <w:pPr>
        <w:pStyle w:val="Heading2"/>
      </w:pPr>
      <w:r>
        <w:t>15:00-19:00 Juhannuskekkerit marinalla to 18.6</w:t>
      </w:r>
    </w:p>
    <w:p>
      <w:r>
        <w:t>Juhannus Baggö Marinalla! Kundien pizza, vohvelit, kreikkalaisten oliiviöljyjen maistiaiset, löydä ihanat lahjat, herkut, tekstiilit &amp; pellava-asut.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