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Holmska gårdens trädgård</w:t>
      </w:r>
    </w:p>
    <w:p>
      <w:r>
        <w:t>5.8.2026 keskiviikko</w:t>
      </w:r>
    </w:p>
    <w:p>
      <w:pPr>
        <w:pStyle w:val="Heading1"/>
      </w:pPr>
      <w:r>
        <w:t>5.8.2026 keskiviikko</w:t>
      </w:r>
    </w:p>
    <w:p>
      <w:pPr>
        <w:pStyle w:val="Heading2"/>
      </w:pPr>
      <w:r>
        <w:t xml:space="preserve">16:00-18:00 Kansallispukupiknikin </w:t>
      </w:r>
    </w:p>
    <w:p>
      <w:r>
        <w:t>Porvoon museo järjestää kansallispukupiknikin Holmin talon pihalla (Välikatu 11, Porvoo) ke 5.8.2026 klo 16–18.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