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Äppelträdshusets utescen, Lappvikens Källa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15:00-15:45 Lappvikens Källa goes Happy Jazz: Bianca Morales &amp; Arkadics Big Band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