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Äppelträdshusets utescen, Lappvikens Källa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17:00-18:00 Arne Alligator &amp; Djungeltrumman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