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Alppipuisto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>13:00-21:00 Afrojazz Club goes Alppipuisto 2026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