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Stor-Sarvlaks gård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19:00-20:00 Parkkonsert på slottsgården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