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Rigårdsnäs paviljong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18:00-20:00 Nordliga vindar-konsert i Rigårdsnäs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