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Vanda Lantbruksmuseum Emil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14:00-16:30 Traktor Alban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