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Wallhalla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18:00-19:30 Kotiinpaluu</w:t>
      </w:r>
    </w:p>
    <w:p>
      <w:r>
        <w:t>Jacob Waselius &amp; Richard Mitts esittävät lauluja ja aarioita Barösundin Wallhallassa 25.6 klo 18. Mm. Puccini, Bizet ja Sibelius. Liput 20€.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