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Holmska gården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12:00-15:00 Kesäopastus Holmin talossa</w:t>
      </w:r>
    </w:p>
    <w:p>
      <w:r>
        <w:t>Kesäopastus Holmin talossa  - Suomeksi klo 12:00, ruotsiksi klo 13:00 ja englanniksi klo 14:00 - Holmin talo (Välikatu 11, Porvoo)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