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Elverket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13:00-15:00 Drop-in taidetyöpajoja kaikenikäisille kesällä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