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12:00-13:00 Ilmaiset yleisöopastukset Paratiisin varjo -näyttelyyn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