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Elverket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12:00-13:00 Yleisöopastukset näyttelyyn Paratiisin varjo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