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6:00 Mästerkattens sagolika stöv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