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Savoy-teatern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19:00-21:30 Eero Koivistoinens och Reiska Laines 80-årsjubileumskonsert</w:t>
      </w:r>
    </w:p>
    <w:p>
      <w:r>
        <w:t xml:space="preserve"> </w:t>
      </w:r>
    </w:p>
    <w:p>
      <w:r>
        <w:t>17-44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