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Berghyddan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18:00-19:00 ALLSÅNG vid Berghyddan i Gammelstaden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