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14:00-14:45 Lappvikens Källa goes Happy Jazz: Bianca Morales &amp; IMO Trio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