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Brunakärr Koloniträdgård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12:00-17:00 Öppna Trädgårdar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