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Salo konstmuseum Lokstallet - Salon taidemuseo Veturitalli</w:t>
      </w:r>
    </w:p>
    <w:p>
      <w:r>
        <w:t>9.7.2026 torstai</w:t>
      </w:r>
    </w:p>
    <w:p>
      <w:pPr>
        <w:pStyle w:val="Heading1"/>
      </w:pPr>
      <w:r>
        <w:t>9.7.2026 torstai</w:t>
      </w:r>
    </w:p>
    <w:p>
      <w:pPr>
        <w:pStyle w:val="Heading2"/>
      </w:pPr>
      <w:r>
        <w:t>19:00-21:00 7. MOZARTISTA LINKOLAAN</w:t>
      </w:r>
    </w:p>
    <w:p>
      <w:r>
        <w:t>Kemiönsaaren Musiikkijuhlat 2026</w:t>
      </w:r>
    </w:p>
    <w:p>
      <w:r>
        <w:t>21,60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