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Söderlångvik gård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15:00-16:00 6. ITALIALAISIA TUNNELMIA</w:t>
      </w:r>
    </w:p>
    <w:p>
      <w:r>
        <w:t>Kemiönsaaren Musiikkijuhlat 2026</w:t>
      </w:r>
    </w:p>
    <w:p>
      <w:r>
        <w:t>25,60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