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Karuna kyrka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>19:00-20:30 5. TALVINEN MATKA</w:t>
      </w:r>
    </w:p>
    <w:p>
      <w:r>
        <w:t>Kemiönsaaren Musiikkijuhlat 2026</w:t>
      </w:r>
    </w:p>
    <w:p>
      <w:r>
        <w:t>42,10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