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Kimito kyrka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19:00-21:00 3. AVAJAISKONSERTTI</w:t>
      </w:r>
    </w:p>
    <w:p>
      <w:r>
        <w:t>Kemiönsaaren Musiikkijuhlat 2026</w:t>
      </w:r>
    </w:p>
    <w:p>
      <w:r>
        <w:t>25,60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