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18:00-19:00 Kosmos-Mozart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