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20:00-23:00 Open Box After Hours</w:t>
      </w:r>
    </w:p>
    <w:p>
      <w:r>
        <w:t>Open Box esittelee ylpeänä viisi artistia After Hours -sarjan ensimmäiseen osaan, jonka mahdollistaa Yucca Forum Box -galleriassa.</w:t>
      </w:r>
    </w:p>
    <w:p>
      <w:r>
        <w:t>10-15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