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fd. Saxby skola</w:t>
      </w: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>18:00-20:00 TRADITIONELLA PERSMÄSSMARKNADEN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