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Midgård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19:00-21:00 Nordliga vindar -- Emsalö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