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Glaspalatskvarteret, Narinkens torg, Luckan</w:t>
      </w:r>
    </w:p>
    <w:p>
      <w:r>
        <w:t>16.5.2026 lauantai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11:00-18:45 Festivalen Världen i byn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