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Berghyddan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16:00-17:30 100 år av jazz i Finland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