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10:00-14:30 Kunskap &amp; Samvaro - Aktivt åldrande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