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16:00-16:45 Bakom kulisserna: I utställningens kulisser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