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Café Gamla Stan 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 xml:space="preserve">16:00-16:45 Visor med Henrik Huldén och Kjell Westö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