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14:00-19:00 Musik: Henrik Huldén och Kjell Westö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