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Baggö Marina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12:00-16:00 Loppukesän kekkerit &amp; Second hand</w:t>
      </w:r>
    </w:p>
    <w:p>
      <w:r>
        <w:t>Loppukesän tapahtuma &amp; Second hand Baggö Marinalla! Pizzaa, vohveleita, shoppailua, ja second hand löytöjä. Lauantaina 29.8. klo 12–16.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