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13:00-15:00 Pride på Galleri Elverket:  Ekenäs queera historia, fallet Marie Høeg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